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CV Placeholder</w:t>
      </w:r>
    </w:p>
    <w:p>
      <w:r>
        <w:t>Replace this file with your real CV (keep the name cv.docx).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